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T11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Pilotplan 90 dagen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Een canvas voor een pilot van dertien weken: leg doel, criteria en besluit vast vóór dag 1. Ingevuld voorbeeld in 9.4.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  PROBLEEM EN TAAK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Wat gaat er nu mis, en welke taak test je?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2  TEAM EN EIGENAAR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Wie doet mee, wie is eigenaar?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3  GEGEVENS EN GOEDKEURING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Kleur van de gegevens; nummer van de aanvraag (T9)</w:t>
            </w:r>
          </w:p>
        </w:tc>
      </w:tr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4  NULMETING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Methode uit 6.1 en 6.2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5  SUCCESCRITERIA (MAX. 3)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Wanneer is de pilot geslaagd?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6  STOPCRITERIA (MAX. 2)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Wanneer stop je direct?</w:t>
            </w:r>
          </w:p>
        </w:tc>
      </w:tr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7  FASE 1 · WEKEN 1–4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Voorbereiden en nulmeten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8  FASE 2 · WEKEN 5–9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Testen met een vast team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9  FASE 3 · WEKEN 10–13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Uitwerken en besluiten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10  TUSSENMOMENT (WEEK 6)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Wat bekijk je, en met wie?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11  BESLUITMOMENT EN WIE BESLIST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Datum en eigenaar van het budget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12  COMMUNICATIE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OR, champions, team</w:t>
            </w:r>
          </w:p>
        </w:tc>
      </w:tr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13  KOSTEN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Zie het rekenmodel (T13)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/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T11 · Pilotplan 90 dagen · Zo voer je AI in, Nederlandse editie · Peildatum 2026-10-28 · Download: zovoerjeaiin.nl/T11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T11 Pilotplan 90 dagen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