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T11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Pilotplan 90 dagen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Een canvas voor een pilot van dertien weken: leg doel, criteria en besluit vast vóór dag 1. Ingevuld voorbeeld in 9.4.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  PROBLEEM EN TAAK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Wat gaat er nu mis, en welke taak test je?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Medewerkers schrijven elk antwoord op een klantmail zelf.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De AI-assistent maakt een concept; de medewerker controleert, past aan en verstuurt.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2  TEAM EN EIGENAAR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Wie doet mee, wie is eigenaar?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Twaalf medewerkers van de klantenservice in één team.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Eigenaar: de teamleider.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Begeleiding: Samira Haddou.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3  GEGEVENS EN GOEDKEURING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Kleur van de gegevens; nummer van de aanvraag (T9)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Oranje (klantnamen en ordernummers), alleen in de zakelijke tool met verwerkersovereenkomst.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Volledige route doorlopen; registernummer R-01.</w:t>
            </w:r>
          </w:p>
        </w:tc>
      </w:tr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4  NULMETING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Methode uit 6.1 en 6.2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Twee weken de behandeltijd per mail uit het ticketsysteem.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Kwaliteitsscore op vijftig mails (juist, volledig, toon; 1 tot 3 per punt).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5  SUCCESCRITERIA (MAX. 3)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Wanneer is de pilot geslaagd?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Behandeltijd per mail 20% lager dan de nulmeting.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Kwaliteitsscore minstens gelijk.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In week 9 gebruiken minstens tien van de twaalf de concepten dagelijks.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6  STOPCRITERIA (MAX. 2)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Wanneer stop je direct?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Eén incident met gegevens stopt de pilot direct.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Kwaliteitsscore twee weken onder de nulmeting: pilot stil tot een besluit binnen een week.</w:t>
            </w:r>
          </w:p>
        </w:tc>
      </w:tr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7  FASE 1 · WEKEN 1–4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Voorbereiden en nulmeten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Goedkeuring en gesprek met de OR (week 1).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Training en vaste opdrachten (week 2).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Nulmeting (week 3–4).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8  FASE 2 · WEKEN 5–9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Testen met een vast team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Testen met het vaste team.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Elke vrijdag hooguit één aanpassing aan de opdrachten.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Wekelijkse meting.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9  FASE 3 · WEKEN 10–13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Uitwerken en besluiten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Laatste meting (week 10).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Analyse en kosten (week 11–12).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Voorstel en besluit (week 13).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10  TUSSENMOMENT (WEEK 6)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Wat bekijk je, en met wie?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Teamleider, Samira en Bas Kuipers toetsen de stopcriteria en de kwaliteit van de metingen.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11  BESLUITMOMENT EN WIE BESLIST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Datum en eigenaar van het budget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Week 13.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Ellen de Ruiter beslist op advies van het AI-team.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12  COMMUNICATIE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OR, champions, team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OR in week 1, op het tussenmoment en vóór het besluit.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De hele klantenservice in week 1.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Champions elke twee weken een kort verslag.</w:t>
            </w:r>
          </w:p>
        </w:tc>
      </w:tr>
      <w:tr>
        <w:trPr>
          <w:trHeight w:val="3700" w:hRule="atLeast"/>
        </w:trPr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sz w:val="15"/>
              </w:rPr>
              <w:t>13  KOSTEN</w:t>
            </w:r>
          </w:p>
          <w:p>
            <w:pPr>
              <w:spacing w:after="80"/>
            </w:pP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Zie het rekenmodel (T13)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Licenties voor twaalf gebruikers à € … per maand (zie bijlage A).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120 interne uren voor begeleiding en meting.</w:t>
            </w:r>
          </w:p>
          <w:p>
            <w:pPr>
              <w:spacing w:after="40"/>
            </w:pP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>Volledige berekening in het rekenmodel.</w:t>
            </w:r>
          </w:p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/>
        </w:tc>
        <w:tc>
          <w:tcPr>
            <w:tcW w:type="dxa" w:w="328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bottom w:w="80" w:type="dxa"/>
              <w:start w:w="100" w:type="dxa"/>
              <w:end w:w="100" w:type="dxa"/>
            </w:tcMar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T11 · Pilotplan 90 dagen · Zo voer je AI in, Nederlandse editie · Peildatum 2026-10-28 · Download: zovoerjeaiin.nl/T11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Lindewerf Technische Groothandel,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T11 Pilotplan 90 dagen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