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T2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Spelregels voor AI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Je afspraken over AI op één pagina, in vijf blokken. Ingevuld voorbeeld in 2.4.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Brakelaar Installatietechniek, een fictief voorbeeldbedrijf. Alle namen en cijfers zijn verzonnen (voorbeeldcijfers).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1  </w:t>
      </w:r>
      <w:r>
        <w:rPr>
          <w:rFonts w:ascii="Source Sans 3" w:hAnsi="Source Sans 3" w:eastAsia="Source Sans 3" w:cs="Source Sans 3"/>
          <w:b/>
          <w:i w:val="0"/>
          <w:sz w:val="19"/>
        </w:rPr>
        <w:t>Doel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Waarvoor gebruiken we AI, en waarvoor niet?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AI voor offerteteksten, het samenvatten van handleidingen en het opzetten van mails.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Niet voor beslissingen over klanten of sollicitanten.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2  </w:t>
      </w:r>
      <w:r>
        <w:rPr>
          <w:rFonts w:ascii="Source Sans 3" w:hAnsi="Source Sans 3" w:eastAsia="Source Sans 3" w:cs="Source Sans 3"/>
          <w:b/>
          <w:i w:val="0"/>
          <w:sz w:val="19"/>
        </w:rPr>
        <w:t>Tools en updates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Welke tools mogen we gebruiken, en wie past die lijst aan?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Alleen de zakelijke AI-assistent in ons kantoorpakket, met verwerkersovereenkomst.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Nieuwe tool? Eerst vragen aan Mira.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Veilig gebruik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Welke gegevens gaan er nooit in, en hoe controleren we wat eruit komt?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Groen: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producthandleidingen, algemene vragen; typeplaatje zonder naam of adres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Oranje: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offerteteksten zonder klantnaam, eigen werkinstructies; alleen zakelijke tool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Rood: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nooit erin: namen, adressen, telefoonnummers, foto's met namen erop,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prijsafspraken met leveranciers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Controle: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elke tekst lees je zelf na voordat hij naar een klant gaat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Aanspreekpunt en herzieningsmoment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Aanspreekpunt: </w:t>
                  </w:r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Mira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Herziening: </w:t>
                  </w:r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elk kwartaal, werkoverleg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Uitleg en oefening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leert iedereen de regels kennen?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nieuwe collega's lezen dit in week 1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twee keer per jaar oefenen met echte taak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Vastgelegd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Versie, datum, besproken op, aanwezigen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Versie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Datum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Besproken op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Aanwezigen</w:t>
            </w:r>
          </w:p>
        </w:tc>
      </w:tr>
      <w:tr>
        <w:trPr>
          <w:trHeight w:val="450" w:hRule="atLeast"/>
        </w:trPr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2 (typeplaatje-regel)</w:t>
            </w:r>
          </w:p>
        </w:tc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na het werkoverleg</w:t>
            </w:r>
          </w:p>
        </w:tc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werkoverleg, vrijdagmiddag</w:t>
            </w:r>
          </w:p>
        </w:tc>
        <w:tc>
          <w:tcPr>
            <w:tcW w:type="dxa" w:w="246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Mira, Ruud, Fenna, Daan, monteurs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T2 · Spelregels voor AI · Zo voer je AI in, Nederlandse editie · Peildatum 2026-10-28 · Download: zovoerjeaiin.nl/T02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Brakelaar Installatietechniek,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T2 Spelregels voor AI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